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4"/>
        </w:rPr>
        <w:t>MOTUNRAYO OBIPEHIN</w:t>
      </w:r>
    </w:p>
    <w:p>
      <w:pPr>
        <w:jc w:val="center"/>
      </w:pPr>
      <w:r>
        <w:rPr>
          <w:b/>
          <w:sz w:val="22"/>
        </w:rPr>
        <w:t>Web Developer | AI Product Developer | Product Strategist</w:t>
      </w:r>
    </w:p>
    <w:p>
      <w:pPr>
        <w:pStyle w:val="Heading1"/>
      </w:pPr>
      <w:r>
        <w:t>PROFESSIONAL SUMMARY</w:t>
      </w:r>
    </w:p>
    <w:p>
      <w:r>
        <w:t>First Class Computer Science graduate with experience in web development, AI-powered product development, product strategy, product management, and business consulting.</w:t>
        <w:br/>
        <w:br/>
        <w:t>Experienced in building user-focused digital solutions, including AI-powered inventory management systems and interactive applications.</w:t>
        <w:br/>
        <w:br/>
        <w:t>Combines technical development skills with entrepreneurial experience and five years of sales consulting knowledge to understand both how technology is built and why it should be built. Experienced in translating business goals and customer needs into practical product requirements, collaborating with developers, and improving digital experiences for users.</w:t>
      </w:r>
    </w:p>
    <w:p>
      <w:pPr>
        <w:pStyle w:val="Heading1"/>
      </w:pPr>
      <w:r>
        <w:t>TECHNICAL SKILLS</w:t>
      </w:r>
    </w:p>
    <w:p>
      <w:pPr>
        <w:pStyle w:val="Heading2"/>
      </w:pPr>
      <w:r>
        <w:t>Programming &amp; Web Technologies</w:t>
      </w:r>
    </w:p>
    <w:p>
      <w:pPr>
        <w:pStyle w:val="ListBullet"/>
      </w:pPr>
      <w:r>
        <w:t>JavaScript</w:t>
      </w:r>
    </w:p>
    <w:p>
      <w:pPr>
        <w:pStyle w:val="ListBullet"/>
      </w:pPr>
      <w:r>
        <w:t>HTML5</w:t>
      </w:r>
    </w:p>
    <w:p>
      <w:pPr>
        <w:pStyle w:val="ListBullet"/>
      </w:pPr>
      <w:r>
        <w:t>CSS3</w:t>
      </w:r>
    </w:p>
    <w:p>
      <w:pPr>
        <w:pStyle w:val="ListBullet"/>
      </w:pPr>
      <w:r>
        <w:t>React.js</w:t>
      </w:r>
    </w:p>
    <w:p>
      <w:pPr>
        <w:pStyle w:val="ListBullet"/>
      </w:pPr>
      <w:r>
        <w:t>Next.js</w:t>
      </w:r>
    </w:p>
    <w:p>
      <w:pPr>
        <w:pStyle w:val="Heading2"/>
      </w:pPr>
      <w:r>
        <w:t>Development</w:t>
      </w:r>
    </w:p>
    <w:p>
      <w:pPr>
        <w:pStyle w:val="ListBullet"/>
      </w:pPr>
      <w:r>
        <w:t>Front-End Development</w:t>
      </w:r>
    </w:p>
    <w:p>
      <w:pPr>
        <w:pStyle w:val="ListBullet"/>
      </w:pPr>
      <w:r>
        <w:t>Web Application Development</w:t>
      </w:r>
    </w:p>
    <w:p>
      <w:pPr>
        <w:pStyle w:val="ListBullet"/>
      </w:pPr>
      <w:r>
        <w:t>Responsive Web Design</w:t>
      </w:r>
    </w:p>
    <w:p>
      <w:pPr>
        <w:pStyle w:val="ListBullet"/>
      </w:pPr>
      <w:r>
        <w:t>User Interface Development</w:t>
      </w:r>
    </w:p>
    <w:p>
      <w:pPr>
        <w:pStyle w:val="ListBullet"/>
      </w:pPr>
      <w:r>
        <w:t>Software Testing &amp; Debugging</w:t>
      </w:r>
    </w:p>
    <w:p>
      <w:pPr>
        <w:pStyle w:val="ListBullet"/>
      </w:pPr>
      <w:r>
        <w:t>Database Design</w:t>
      </w:r>
    </w:p>
    <w:p>
      <w:pPr>
        <w:pStyle w:val="Heading2"/>
      </w:pPr>
      <w:r>
        <w:t>Tools &amp; Technologies</w:t>
      </w:r>
    </w:p>
    <w:p>
      <w:pPr>
        <w:pStyle w:val="ListBullet"/>
      </w:pPr>
      <w:r>
        <w:t>Git / GitHub</w:t>
      </w:r>
    </w:p>
    <w:p>
      <w:pPr>
        <w:pStyle w:val="ListBullet"/>
      </w:pPr>
      <w:r>
        <w:t>VS Code</w:t>
      </w:r>
    </w:p>
    <w:p>
      <w:pPr>
        <w:pStyle w:val="ListBullet"/>
      </w:pPr>
      <w:r>
        <w:t>Postman</w:t>
      </w:r>
    </w:p>
    <w:p>
      <w:pPr>
        <w:pStyle w:val="ListBullet"/>
      </w:pPr>
      <w:r>
        <w:t>PostgreSQL</w:t>
      </w:r>
    </w:p>
    <w:p>
      <w:pPr>
        <w:pStyle w:val="ListBullet"/>
      </w:pPr>
      <w:r>
        <w:t>Tailwind CSS</w:t>
      </w:r>
    </w:p>
    <w:p>
      <w:pPr>
        <w:pStyle w:val="Heading2"/>
      </w:pPr>
      <w:r>
        <w:t>Product &amp; Business Skills</w:t>
      </w:r>
    </w:p>
    <w:p>
      <w:pPr>
        <w:pStyle w:val="ListBullet"/>
      </w:pPr>
      <w:r>
        <w:t>Product Strategy</w:t>
      </w:r>
    </w:p>
    <w:p>
      <w:pPr>
        <w:pStyle w:val="ListBullet"/>
      </w:pPr>
      <w:r>
        <w:t>Product Management</w:t>
      </w:r>
    </w:p>
    <w:p>
      <w:pPr>
        <w:pStyle w:val="ListBullet"/>
      </w:pPr>
      <w:r>
        <w:t>Product Requirements</w:t>
      </w:r>
    </w:p>
    <w:p>
      <w:pPr>
        <w:pStyle w:val="ListBullet"/>
      </w:pPr>
      <w:r>
        <w:t>User Experience</w:t>
      </w:r>
    </w:p>
    <w:p>
      <w:pPr>
        <w:pStyle w:val="ListBullet"/>
      </w:pPr>
      <w:r>
        <w:t>Business Analysis</w:t>
      </w:r>
    </w:p>
    <w:p>
      <w:pPr>
        <w:pStyle w:val="ListBullet"/>
      </w:pPr>
      <w:r>
        <w:t>Customer Needs Analysis</w:t>
      </w:r>
    </w:p>
    <w:p>
      <w:pPr>
        <w:pStyle w:val="ListBullet"/>
      </w:pPr>
      <w:r>
        <w:t>Customer Relationship Management</w:t>
      </w:r>
    </w:p>
    <w:p>
      <w:pPr>
        <w:pStyle w:val="ListBullet"/>
      </w:pPr>
      <w:r>
        <w:t>Sales Strategy</w:t>
      </w:r>
    </w:p>
    <w:p>
      <w:pPr>
        <w:pStyle w:val="ListBullet"/>
      </w:pPr>
      <w:r>
        <w:t>Market Understanding</w:t>
      </w:r>
    </w:p>
    <w:p>
      <w:pPr>
        <w:pStyle w:val="Heading1"/>
      </w:pPr>
      <w:r>
        <w:t>PROJECT EXPERIENCE</w:t>
      </w:r>
    </w:p>
    <w:p>
      <w:pPr>
        <w:pStyle w:val="Heading2"/>
      </w:pPr>
      <w:r>
        <w:t>StokRite  AI-Powered Inventory Management System</w:t>
      </w:r>
    </w:p>
    <w:p>
      <w:r>
        <w:rPr>
          <w:b/>
        </w:rPr>
        <w:t>Role: AI Product Developer | Product Strategist | Developer</w:t>
      </w:r>
    </w:p>
    <w:p>
      <w:pPr>
        <w:pStyle w:val="ListBullet"/>
      </w:pPr>
      <w:r>
        <w:t>Designed and developed an AI-powered inventory management solution focused on solving real-world business challenges.</w:t>
      </w:r>
    </w:p>
    <w:p>
      <w:pPr>
        <w:pStyle w:val="ListBullet"/>
      </w:pPr>
      <w:r>
        <w:t>Identified inventory management problems and translated them into practical product features.</w:t>
      </w:r>
    </w:p>
    <w:p>
      <w:pPr>
        <w:pStyle w:val="ListBullet"/>
      </w:pPr>
      <w:r>
        <w:t>Defined product objectives and considered user and business requirements when planning functionality.</w:t>
      </w:r>
    </w:p>
    <w:p>
      <w:pPr>
        <w:pStyle w:val="ListBullet"/>
      </w:pPr>
      <w:r>
        <w:t>Developed the application and integrated AI capabilities to support smarter inventory management and decision-making.</w:t>
      </w:r>
    </w:p>
    <w:p>
      <w:pPr>
        <w:pStyle w:val="ListBullet"/>
      </w:pPr>
      <w:r>
        <w:t>Focused on creating an intuitive user experience while maintaining practical business value.</w:t>
      </w:r>
    </w:p>
    <w:p>
      <w:pPr>
        <w:pStyle w:val="Heading2"/>
      </w:pPr>
      <w:r>
        <w:t>E-Commerce Business Website</w:t>
      </w:r>
    </w:p>
    <w:p>
      <w:r>
        <w:rPr>
          <w:b/>
        </w:rPr>
        <w:t>Role: Product Manager | Product Strategist</w:t>
      </w:r>
    </w:p>
    <w:p>
      <w:r>
        <w:t>Led the product direction for the development of an e-commerce website for my business, working closely with developers to ensure the website reflected both business objectives and customer needs.</w:t>
      </w:r>
    </w:p>
    <w:p>
      <w:pPr>
        <w:pStyle w:val="ListBullet"/>
      </w:pPr>
      <w:r>
        <w:t>Identified the purpose and goals of the website based on the needs of the business and its customers.</w:t>
      </w:r>
    </w:p>
    <w:p>
      <w:pPr>
        <w:pStyle w:val="ListBullet"/>
      </w:pPr>
      <w:r>
        <w:t>Defined the features and functionality required to make the website easy and convenient for customers to use.</w:t>
      </w:r>
    </w:p>
    <w:p>
      <w:pPr>
        <w:pStyle w:val="ListBullet"/>
      </w:pPr>
      <w:r>
        <w:t>Communicated product requirements, business goals, and user expectations to developers.</w:t>
      </w:r>
    </w:p>
    <w:p>
      <w:pPr>
        <w:pStyle w:val="ListBullet"/>
      </w:pPr>
      <w:r>
        <w:t>Guided developers on website structure, functionality, navigation, and customer experience.</w:t>
      </w:r>
    </w:p>
    <w:p>
      <w:pPr>
        <w:pStyle w:val="ListBullet"/>
      </w:pPr>
      <w:r>
        <w:t>Considered customer behaviour when deciding how products, information, and important features should be presented.</w:t>
      </w:r>
    </w:p>
    <w:p>
      <w:pPr>
        <w:pStyle w:val="ListBullet"/>
      </w:pPr>
      <w:r>
        <w:t>Bridged the gap between business requirements, customer needs, and technical implementation.</w:t>
      </w:r>
    </w:p>
    <w:p>
      <w:r>
        <w:rPr>
          <w:b/>
        </w:rPr>
        <w:t xml:space="preserve">Key Product Management Responsibilities: </w:t>
      </w:r>
      <w:r>
        <w:t>Product Requirements | User Needs | Customer Experience | Feature Planning | Business Goals | Developer Collaboration | Product Strategy</w:t>
      </w:r>
    </w:p>
    <w:p>
      <w:pPr>
        <w:pStyle w:val="Heading2"/>
      </w:pPr>
      <w:r>
        <w:t>iCallon Game Application</w:t>
      </w:r>
    </w:p>
    <w:p>
      <w:r>
        <w:rPr>
          <w:b/>
        </w:rPr>
        <w:t>Role: Developer</w:t>
      </w:r>
    </w:p>
    <w:p>
      <w:pPr>
        <w:pStyle w:val="ListBullet"/>
      </w:pPr>
      <w:r>
        <w:t>Designed and developed an interactive game application as a personal project.</w:t>
      </w:r>
    </w:p>
    <w:p>
      <w:pPr>
        <w:pStyle w:val="ListBullet"/>
      </w:pPr>
      <w:r>
        <w:t>Focused on application functionality, user interaction, and engagement.</w:t>
      </w:r>
    </w:p>
    <w:p>
      <w:pPr>
        <w:pStyle w:val="ListBullet"/>
      </w:pPr>
      <w:r>
        <w:t>Applied web development and problem-solving skills to create an interactive digital experience.</w:t>
      </w:r>
    </w:p>
    <w:p>
      <w:pPr>
        <w:pStyle w:val="Heading1"/>
      </w:pPr>
      <w:r>
        <w:t>ENTREPRENEURIAL EXPERIENCE</w:t>
      </w:r>
    </w:p>
    <w:p>
      <w:pPr>
        <w:pStyle w:val="Heading2"/>
      </w:pPr>
      <w:r>
        <w:t>Founder / CEO — Business Venture</w:t>
      </w:r>
    </w:p>
    <w:p>
      <w:pPr>
        <w:pStyle w:val="ListBullet"/>
      </w:pPr>
      <w:r>
        <w:t>Built and managed a business from the ground up.</w:t>
      </w:r>
    </w:p>
    <w:p>
      <w:pPr>
        <w:pStyle w:val="ListBullet"/>
      </w:pPr>
      <w:r>
        <w:t>Developed practical knowledge of customer needs, market demands, business operations, and growth.</w:t>
      </w:r>
    </w:p>
    <w:p>
      <w:pPr>
        <w:pStyle w:val="ListBullet"/>
      </w:pPr>
      <w:r>
        <w:t>Used customer feedback and market understanding to make business and product decisions.</w:t>
      </w:r>
    </w:p>
    <w:p>
      <w:pPr>
        <w:pStyle w:val="ListBullet"/>
      </w:pPr>
      <w:r>
        <w:t>Collaborated with developers to translate business ideas into digital products and solutions.</w:t>
      </w:r>
    </w:p>
    <w:p>
      <w:pPr>
        <w:pStyle w:val="ListBullet"/>
      </w:pPr>
      <w:r>
        <w:t>Provided product direction and communicated requirements to ensure digital solutions aligned with business objectives.</w:t>
      </w:r>
    </w:p>
    <w:p>
      <w:pPr>
        <w:pStyle w:val="ListBullet"/>
      </w:pPr>
      <w:r>
        <w:t>Developed a strong understanding of the relationship between technology, customers, and business growth.</w:t>
      </w:r>
    </w:p>
    <w:p>
      <w:pPr>
        <w:pStyle w:val="Heading1"/>
      </w:pPr>
      <w:r>
        <w:t>SALES CONSULTING EXPERIENCE</w:t>
      </w:r>
    </w:p>
    <w:p>
      <w:pPr>
        <w:pStyle w:val="Heading2"/>
      </w:pPr>
      <w:r>
        <w:t>Sales Consultant</w:t>
      </w:r>
    </w:p>
    <w:p>
      <w:r>
        <w:rPr>
          <w:b/>
        </w:rPr>
        <w:t>Five years of experience</w:t>
      </w:r>
    </w:p>
    <w:p>
      <w:pPr>
        <w:pStyle w:val="ListBullet"/>
      </w:pPr>
      <w:r>
        <w:t>Built and maintained customer relationships.</w:t>
      </w:r>
    </w:p>
    <w:p>
      <w:pPr>
        <w:pStyle w:val="ListBullet"/>
      </w:pPr>
      <w:r>
        <w:t>Identified customer needs and recommended appropriate solutions.</w:t>
      </w:r>
    </w:p>
    <w:p>
      <w:pPr>
        <w:pStyle w:val="ListBullet"/>
      </w:pPr>
      <w:r>
        <w:t>Developed an understanding of customer behaviour and purchasing decisions.</w:t>
      </w:r>
    </w:p>
    <w:p>
      <w:pPr>
        <w:pStyle w:val="ListBullet"/>
      </w:pPr>
      <w:r>
        <w:t>Applied sales strategies to support business growth.</w:t>
      </w:r>
    </w:p>
    <w:p>
      <w:pPr>
        <w:pStyle w:val="ListBullet"/>
      </w:pPr>
      <w:r>
        <w:t>Communicated effectively with customers and clients.</w:t>
      </w:r>
    </w:p>
    <w:p>
      <w:pPr>
        <w:pStyle w:val="ListBullet"/>
      </w:pPr>
      <w:r>
        <w:t>Developed practical knowledge of markets, customer expectations, and value proposition.</w:t>
      </w:r>
    </w:p>
    <w:p>
      <w:pPr>
        <w:pStyle w:val="Heading1"/>
      </w:pPr>
      <w:r>
        <w:t>EDUCATION</w:t>
      </w:r>
    </w:p>
    <w:p>
      <w:pPr>
        <w:pStyle w:val="Heading2"/>
      </w:pPr>
      <w:r>
        <w:t>Lagos State University (LASU)</w:t>
      </w:r>
    </w:p>
    <w:p>
      <w:r>
        <w:t>Bachelor of Science (B.Sc.) — Computer Science</w:t>
      </w:r>
    </w:p>
    <w:p>
      <w:r>
        <w:rPr>
          <w:b/>
        </w:rPr>
        <w:t>First Class Graduate</w:t>
      </w:r>
    </w:p>
    <w:p>
      <w:r>
        <w:t>Relevant areas of study include:</w:t>
      </w:r>
    </w:p>
    <w:p>
      <w:pPr>
        <w:pStyle w:val="ListBullet"/>
      </w:pPr>
      <w:r>
        <w:t>Data Structures &amp; Algorithms</w:t>
      </w:r>
    </w:p>
    <w:p>
      <w:pPr>
        <w:pStyle w:val="ListBullet"/>
      </w:pPr>
      <w:r>
        <w:t>Object-Oriented Programming</w:t>
      </w:r>
    </w:p>
    <w:p>
      <w:pPr>
        <w:pStyle w:val="ListBullet"/>
      </w:pPr>
      <w:r>
        <w:t>Web Development</w:t>
      </w:r>
    </w:p>
    <w:p>
      <w:pPr>
        <w:pStyle w:val="ListBullet"/>
      </w:pPr>
      <w:r>
        <w:t>Database Management Systems</w:t>
      </w:r>
    </w:p>
    <w:p>
      <w:pPr>
        <w:pStyle w:val="Heading1"/>
      </w:pPr>
      <w:r>
        <w:t>CAREER OBJECTIVE</w:t>
      </w:r>
    </w:p>
    <w:p>
      <w:r>
        <w:t>To contribute as a Web Developer or AI Product Developer while leveraging my experience in product strategy, product management, sales, and entrepreneurship to build technology solutions that solve real-world problems.</w:t>
        <w:br/>
        <w:br/>
        <w:t>I aim to work at the intersection of technology, users, and business, helping organizations not only build effective digital products but also understand what should be built, why it matters, and how it can create meaningful value for customers.</w:t>
      </w:r>
    </w:p>
    <w:p>
      <w:pPr>
        <w:pStyle w:val="Heading1"/>
      </w:pPr>
      <w:r>
        <w:t>PROFESSIONAL VALUE</w:t>
      </w:r>
    </w:p>
    <w:p>
      <w:r>
        <w:rPr>
          <w:b/>
        </w:rPr>
        <w:t xml:space="preserve">I BUILD. </w:t>
      </w:r>
      <w:r>
        <w:t>As a Web Developer and AI Product Developer, I turn ideas and requirements into functional digital products.</w:t>
      </w:r>
    </w:p>
    <w:p>
      <w:r>
        <w:rPr>
          <w:b/>
        </w:rPr>
        <w:t xml:space="preserve">I DEFINE. </w:t>
      </w:r>
      <w:r>
        <w:t>As a Product Strategist and Product Manager, I identify user needs, define product requirements, prioritize features, and guide what should be built.</w:t>
      </w:r>
    </w:p>
    <w:p>
      <w:r>
        <w:rPr>
          <w:b/>
        </w:rPr>
        <w:t xml:space="preserve">I UNDERSTAND. </w:t>
      </w:r>
      <w:r>
        <w:t>As a Sales Consultant, I understand customers, communication, markets, and what drives purchasing decisions.</w:t>
      </w:r>
    </w:p>
    <w:p>
      <w:r>
        <w:rPr>
          <w:b/>
        </w:rPr>
        <w:t xml:space="preserve">I THINK BUSINESS. </w:t>
      </w:r>
      <w:r>
        <w:t>As an Entrepreneur and CEO, I understand the realities of building a business, serving customers, managing growth, and creating products that deliver real value.</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Motunrayo Obipehin | Curriculum Vitae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